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Scam Alert: Beware of Recent Waiting List Scam</w:t>
      </w:r>
    </w:p>
    <w:p>
      <w:r>
        <w:rPr>
          <w:b w:val="0"/>
        </w:rPr>
        <w:t xml:space="preserve">Recently, flyers have been circulating on social media advertising assistance with applying for Section 8 funding. The flyer and website </w:t>
      </w:r>
      <w:r>
        <w:rPr>
          <w:b/>
          <w:color w:val="C8102E"/>
        </w:rPr>
        <w:t>www.govassistance.org</w:t>
      </w:r>
      <w:r>
        <w:rPr>
          <w:b w:val="0"/>
        </w:rPr>
        <w:t xml:space="preserve"> are </w:t>
      </w:r>
      <w:r>
        <w:rPr>
          <w:b/>
        </w:rPr>
        <w:t>NOT legitimate.</w:t>
      </w:r>
    </w:p>
    <w:p>
      <w:r>
        <w:rPr>
          <w:b w:val="0"/>
        </w:rPr>
        <w:t xml:space="preserve">The </w:t>
      </w:r>
      <w:r>
        <w:rPr>
          <w:b/>
          <w:color w:val="C8102E"/>
        </w:rPr>
        <w:t>scam aims to take advantage</w:t>
      </w:r>
      <w:r>
        <w:rPr>
          <w:b w:val="0"/>
        </w:rPr>
        <w:t xml:space="preserve"> of Housing Choice Voucher (HCV) participants to obtain their personal information to facilitate fraudulent activity.</w:t>
      </w:r>
    </w:p>
    <w:p>
      <w:r>
        <w:rPr>
          <w:b w:val="0"/>
        </w:rPr>
        <w:t>There are multiple versions of the flyer shown here, on various websites including Facebook, Instagram, and TikTok, typically with slightly changed wording and dates.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377440" cy="2705363"/>
            <wp:docPr id="1" name="Picture 1" descr="Example of the fraudulent flyer, stamped SCAM. It reads: Section 8 Waiting List Open. HUD allocates $15 billion to tackle the economic crisis and prevent evictions. Applications May 21 to June 15, 2024. Apply for Section 8 assistance by June 15, 2024, at govassistance.org. This flyer is not from SHRA or HUD.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yer_fake_a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27053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Remember best practices for cybersecurity</w:t>
      </w:r>
    </w:p>
    <w:p>
      <w:pPr>
        <w:pStyle w:val="ListBullet"/>
      </w:pPr>
      <w:r>
        <w:rPr>
          <w:b w:val="0"/>
        </w:rPr>
        <w:t>If it seems too good to be true, it probably is.</w:t>
      </w:r>
    </w:p>
    <w:p>
      <w:pPr>
        <w:pStyle w:val="ListBullet"/>
      </w:pPr>
      <w:r>
        <w:rPr>
          <w:b/>
        </w:rPr>
        <w:t>NEVER</w:t>
      </w:r>
      <w:r>
        <w:rPr>
          <w:b w:val="0"/>
        </w:rPr>
        <w:t xml:space="preserve"> click on a hyperlink if you are unsure if it is legitimate or without verifying with a trusted source.</w:t>
      </w:r>
    </w:p>
    <w:p>
      <w:pPr>
        <w:pStyle w:val="ListBullet"/>
      </w:pPr>
      <w:r>
        <w:rPr>
          <w:b/>
        </w:rPr>
        <w:t>NEVER</w:t>
      </w:r>
      <w:r>
        <w:rPr>
          <w:b w:val="0"/>
        </w:rPr>
        <w:t xml:space="preserve"> submit Social Security Numbers, bank or credit card information, or other personal details to a website found through an online search.</w:t>
      </w:r>
    </w:p>
    <w:p>
      <w:pPr>
        <w:pStyle w:val="ListBullet"/>
      </w:pPr>
      <w:r>
        <w:rPr>
          <w:b/>
        </w:rPr>
        <w:t>NEVER pay to apply for rental assistance.</w:t>
      </w:r>
      <w:r>
        <w:rPr>
          <w:b w:val="0"/>
        </w:rPr>
        <w:t xml:space="preserve"> Applications for rental assistance will </w:t>
      </w:r>
      <w:r>
        <w:rPr>
          <w:b/>
        </w:rPr>
        <w:t>never</w:t>
      </w:r>
      <w:r>
        <w:rPr>
          <w:b w:val="0"/>
        </w:rPr>
        <w:t xml:space="preserve"> have a fee.</w:t>
      </w:r>
    </w:p>
    <w:p>
      <w:pPr>
        <w:pStyle w:val="Heading1"/>
      </w:pPr>
      <w:r>
        <w:t>Report a scam</w:t>
      </w:r>
    </w:p>
    <w:p>
      <w:r>
        <w:rPr>
          <w:b w:val="0"/>
        </w:rPr>
        <w:t xml:space="preserve">Individuals who fall victim to this or similar scams can file a complaint at the Internet Crime Complaint Center (IC3): </w:t>
      </w:r>
      <w:r>
        <w:rPr>
          <w:b/>
        </w:rPr>
        <w:t>https://www.ic3.gov/</w:t>
      </w:r>
      <w:r>
        <w:rPr>
          <w:b w:val="0"/>
        </w:rPr>
        <w:t>.</w:t>
      </w:r>
    </w:p>
    <w:p>
      <w:r>
        <w:rPr>
          <w:b w:val="0"/>
        </w:rPr>
        <w:t xml:space="preserve">If someone reaches out to you about a scam involving HUD, please contact the HUD Computer Incident Response Team (CIRT) at </w:t>
      </w:r>
      <w:r>
        <w:rPr>
          <w:b/>
        </w:rPr>
        <w:t>CIRT@hud.gov</w:t>
      </w:r>
      <w:r>
        <w:rPr>
          <w:b w:val="0"/>
        </w:rPr>
        <w:t>.</w:t>
      </w:r>
    </w:p>
    <w:p>
      <w:pPr>
        <w:jc w:val="center"/>
        <w:shd w:val="clear" w:color="auto" w:fill="C8102E"/>
      </w:pPr>
      <w:r>
        <w:rPr>
          <w:b/>
          <w:color w:val="FFFFFF"/>
          <w:sz w:val="30"/>
        </w:rPr>
        <w:t>All Sacramento Housing and Redevelopment Agency waiting lists are ONLY posted on Sacwaitlist.com.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280160" cy="724796"/>
            <wp:docPr id="2" name="Picture 2" descr="SHRA, Changing Lives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yer_shra_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7247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 w:val="0"/>
        </w:rPr>
        <w:t>Sacramento Housing and Redevelopment Agency is an Equal Housing Opportunity provider and offers reasonable accommodations for persons with disabilities.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  <w:lang w:val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4306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C8102E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Scam Alert: Beware of Recent Waiting List Scam</dc:title>
  <dc:subject>Waiting list scam alert</dc:subject>
  <dc:creator>Sacramento Housing and Redevelopment Agency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